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Gulfam Ali - Expert Proposals</w:t>
      </w:r>
    </w:p>
    <w:p w:rsidR="00000000" w:rsidDel="00000000" w:rsidP="00000000" w:rsidRDefault="00000000" w:rsidRPr="00000000" w14:paraId="00000002">
      <w:pPr>
        <w:pStyle w:val="Title"/>
        <w:rPr>
          <w:sz w:val="36"/>
          <w:szCs w:val="36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157288" cy="1211115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12544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121111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sz w:val="36"/>
          <w:szCs w:val="36"/>
          <w:rtl w:val="0"/>
        </w:rPr>
        <w:t xml:space="preserve">SEO Content Writing Proposals (10 Niches)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Business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I noticed your business is growing, but your content isn’t fully leveraging SEO to bring consistent traffic and leads.</w:t>
        <w:br w:type="textWrapping"/>
        <w:br w:type="textWrapping"/>
        <w:t xml:space="preserve">I help businesses turn blogs into lead-generation assets by targeting buyer-intent keywords and structuring content that ranks and converts.</w:t>
        <w:br w:type="textWrapping"/>
        <w:br w:type="textWrapping"/>
        <w:t xml:space="preserve">What I offer:</w:t>
        <w:br w:type="textWrapping"/>
        <w:t xml:space="preserve">• SEO-driven blog posts targeting decision-stage keywords  </w:t>
        <w:br w:type="textWrapping"/>
        <w:t xml:space="preserve">• Content aligned with your services and sales funnel  </w:t>
        <w:br w:type="textWrapping"/>
        <w:t xml:space="preserve">• Authority-building articles to increase trust  </w:t>
        <w:br w:type="textWrapping"/>
        <w:br w:type="textWrapping"/>
        <w:t xml:space="preserve">I can also audit one of your existing pages and show quick wins.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5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Finance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Finance content needs accuracy, trust, and SEO precision.</w:t>
        <w:br w:type="textWrapping"/>
        <w:br w:type="textWrapping"/>
        <w:t xml:space="preserve">I specialize in:</w:t>
        <w:br w:type="textWrapping"/>
        <w:t xml:space="preserve">• High CPC keyword targeting (loans, credit cards, investing)  </w:t>
        <w:br w:type="textWrapping"/>
        <w:t xml:space="preserve">• Clear and engaging financial explanations  </w:t>
        <w:br w:type="textWrapping"/>
        <w:t xml:space="preserve">• Content that builds topical authority  </w:t>
        <w:br w:type="textWrapping"/>
        <w:br w:type="textWrapping"/>
        <w:t xml:space="preserve">I can help you rank while maintaining credibility.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7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Tech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Tech audiences need clarity, depth, and up-to-date insights.</w:t>
        <w:br w:type="textWrapping"/>
        <w:br w:type="textWrapping"/>
        <w:t xml:space="preserve">I create:</w:t>
        <w:br w:type="textWrapping"/>
        <w:t xml:space="preserve">• SEO-optimized tech blogs (AI, SaaS, tools)  </w:t>
        <w:br w:type="textWrapping"/>
        <w:t xml:space="preserve">• Comparison and review content that converts  </w:t>
        <w:br w:type="textWrapping"/>
        <w:t xml:space="preserve">• Guides that rank and retain readers  </w:t>
        <w:br w:type="textWrapping"/>
        <w:br w:type="textWrapping"/>
        <w:t xml:space="preserve">Let’s turn your content into organic traffic.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9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Health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Health content requires trust, clarity, and SEO compliance.</w:t>
        <w:br w:type="textWrapping"/>
        <w:br w:type="textWrapping"/>
        <w:t xml:space="preserve">I deliver:</w:t>
        <w:br w:type="textWrapping"/>
        <w:t xml:space="preserve">• Well-researched, accurate content  </w:t>
        <w:br w:type="textWrapping"/>
        <w:t xml:space="preserve">• SEO structure aligned with Google guidelines  </w:t>
        <w:br w:type="textWrapping"/>
        <w:t xml:space="preserve">• Reader-friendly health guides  </w:t>
        <w:br w:type="textWrapping"/>
        <w:br w:type="textWrapping"/>
        <w:t xml:space="preserve">Let’s build authority in your niche.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B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Fitness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Fitness content is competitive—but the right strategy wins.</w:t>
        <w:br w:type="textWrapping"/>
        <w:br w:type="textWrapping"/>
        <w:t xml:space="preserve">I write:</w:t>
        <w:br w:type="textWrapping"/>
        <w:t xml:space="preserve">• Workout guides targeting search intent  </w:t>
        <w:br w:type="textWrapping"/>
        <w:t xml:space="preserve">• Diet and fitness blogs that engage  </w:t>
        <w:br w:type="textWrapping"/>
        <w:t xml:space="preserve">• SEO content that drives organic traffic  </w:t>
        <w:br w:type="textWrapping"/>
        <w:br w:type="textWrapping"/>
        <w:t xml:space="preserve">Let’s grow your audience.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D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Fashion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Fashion content should inspire and rank.</w:t>
        <w:br w:type="textWrapping"/>
        <w:br w:type="textWrapping"/>
        <w:t xml:space="preserve">I create:</w:t>
        <w:br w:type="textWrapping"/>
        <w:t xml:space="preserve">• Trend-based SEO articles  </w:t>
        <w:br w:type="textWrapping"/>
        <w:t xml:space="preserve">• Style guides and product-focused blogs  </w:t>
        <w:br w:type="textWrapping"/>
        <w:t xml:space="preserve">• Content that attracts organic shoppers  </w:t>
        <w:br w:type="textWrapping"/>
        <w:br w:type="textWrapping"/>
        <w:t xml:space="preserve">Let’s turn traffic into customers.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0F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Beauty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Beauty content works best when it blends SEO with storytelling.</w:t>
        <w:br w:type="textWrapping"/>
        <w:br w:type="textWrapping"/>
        <w:t xml:space="preserve">I offer:</w:t>
        <w:br w:type="textWrapping"/>
        <w:t xml:space="preserve">• Product-focused blogs  </w:t>
        <w:br w:type="textWrapping"/>
        <w:t xml:space="preserve">• Skincare and beauty guides  </w:t>
        <w:br w:type="textWrapping"/>
        <w:t xml:space="preserve">• High-converting SEO content  </w:t>
        <w:br w:type="textWrapping"/>
        <w:br w:type="textWrapping"/>
        <w:t xml:space="preserve">Let’s increase visibility and engagement.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1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Crypto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Crypto content needs clarity, accuracy, and SEO.</w:t>
        <w:br w:type="textWrapping"/>
        <w:br w:type="textWrapping"/>
        <w:t xml:space="preserve">I write:</w:t>
        <w:br w:type="textWrapping"/>
        <w:t xml:space="preserve">• Beginner to advanced crypto guides  </w:t>
        <w:br w:type="textWrapping"/>
        <w:t xml:space="preserve">• SEO content targeting trending keywords  </w:t>
        <w:br w:type="textWrapping"/>
        <w:t xml:space="preserve">• Articles that simplify complex topics  </w:t>
        <w:br w:type="textWrapping"/>
        <w:br w:type="textWrapping"/>
        <w:t xml:space="preserve">Let’s grow your authority in crypto.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3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Gaming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Gaming audiences want engaging and updated content.</w:t>
        <w:br w:type="textWrapping"/>
        <w:br w:type="textWrapping"/>
        <w:t xml:space="preserve">I deliver:</w:t>
        <w:br w:type="textWrapping"/>
        <w:t xml:space="preserve">• Game guides and walkthroughs  </w:t>
        <w:br w:type="textWrapping"/>
        <w:t xml:space="preserve">• SEO blogs targeting gaming keywords  </w:t>
        <w:br w:type="textWrapping"/>
        <w:t xml:space="preserve">• Content that keeps users engaged  </w:t>
        <w:br w:type="textWrapping"/>
        <w:br w:type="textWrapping"/>
        <w:t xml:space="preserve">Let’s build traffic from gamers.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5">
      <w:pPr>
        <w:pStyle w:val="Heading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Marketing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Hi,</w:t>
        <w:br w:type="textWrapping"/>
        <w:br w:type="textWrapping"/>
        <w:t xml:space="preserve">Marketing content should educate and convert.</w:t>
        <w:br w:type="textWrapping"/>
        <w:br w:type="textWrapping"/>
        <w:t xml:space="preserve">I create:</w:t>
        <w:br w:type="textWrapping"/>
        <w:t xml:space="preserve">• SEO blogs on digital marketing strategies  </w:t>
        <w:br w:type="textWrapping"/>
        <w:t xml:space="preserve">• Case-study style content  </w:t>
        <w:br w:type="textWrapping"/>
        <w:t xml:space="preserve">• Content that positions you as an authority  </w:t>
        <w:br w:type="textWrapping"/>
        <w:br w:type="textWrapping"/>
        <w:t xml:space="preserve">Let’s scale your organic growth.</w:t>
        <w:br w:type="textWrapping"/>
        <w:br w:type="textWrapping"/>
        <w:t xml:space="preserve">Best regards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—------------------------------------------------------------------------------------------------------------------</w:t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keepNext w:val="0"/>
        <w:keepLines w:val="0"/>
        <w:spacing w:after="120" w:lineRule="auto"/>
        <w:jc w:val="center"/>
        <w:rPr>
          <w:rFonts w:ascii="Lexend" w:cs="Lexend" w:eastAsia="Lexend" w:hAnsi="Lexend"/>
          <w:color w:val="000000"/>
          <w:sz w:val="46"/>
          <w:szCs w:val="46"/>
          <w:u w:val="single"/>
        </w:rPr>
      </w:pPr>
      <w:bookmarkStart w:colFirst="0" w:colLast="0" w:name="_heading=h.e9tds9s2jqnu" w:id="0"/>
      <w:bookmarkEnd w:id="0"/>
      <w:r w:rsidDel="00000000" w:rsidR="00000000" w:rsidRPr="00000000">
        <w:rPr>
          <w:rFonts w:ascii="Lexend" w:cs="Lexend" w:eastAsia="Lexend" w:hAnsi="Lexend"/>
          <w:color w:val="000000"/>
          <w:sz w:val="46"/>
          <w:szCs w:val="46"/>
          <w:u w:val="single"/>
          <w:rtl w:val="0"/>
        </w:rPr>
        <w:t xml:space="preserve">Gulfam Ali Email Marketing Templates</w:t>
      </w:r>
    </w:p>
    <w:p w:rsidR="00000000" w:rsidDel="00000000" w:rsidP="00000000" w:rsidRDefault="00000000" w:rsidRPr="00000000" w14:paraId="0000001B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1437687" cy="1437687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37687" cy="143768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keepNext w:val="0"/>
        <w:keepLines w:val="0"/>
        <w:spacing w:after="120" w:lineRule="auto"/>
        <w:rPr>
          <w:rFonts w:ascii="Arial" w:cs="Arial" w:eastAsia="Arial" w:hAnsi="Arial"/>
          <w:color w:val="000000"/>
          <w:sz w:val="46"/>
          <w:szCs w:val="46"/>
        </w:rPr>
      </w:pPr>
      <w:bookmarkStart w:colFirst="0" w:colLast="0" w:name="_heading=h.ubrsro2wyvl7" w:id="1"/>
      <w:bookmarkEnd w:id="1"/>
      <w:r w:rsidDel="00000000" w:rsidR="00000000" w:rsidRPr="00000000">
        <w:rPr>
          <w:rFonts w:ascii="Arial" w:cs="Arial" w:eastAsia="Arial" w:hAnsi="Arial"/>
          <w:color w:val="000000"/>
          <w:sz w:val="46"/>
          <w:szCs w:val="46"/>
          <w:rtl w:val="0"/>
        </w:rPr>
        <w:t xml:space="preserve">EMAIL OUTREACH TEMPLATE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Subject:</w:t>
      </w:r>
      <w:r w:rsidDel="00000000" w:rsidR="00000000" w:rsidRPr="00000000">
        <w:rPr>
          <w:rFonts w:ascii="Arial" w:cs="Arial" w:eastAsia="Arial" w:hAnsi="Arial"/>
          <w:rtl w:val="0"/>
        </w:rPr>
        <w:t xml:space="preserve"> Helping your business get more customers online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Hello,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found your business while searching on Google Maps. Your services look great, but your social media presence is not active. Many customers check Facebook and Instagram before visiting a business.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help local businesses attract more customers through professional posts, special offer promotions, and regular content that builds trust.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can handle everything from design to posting so you don’t have to worry about marketing.</w:t>
      </w:r>
    </w:p>
    <w:p w:rsidR="00000000" w:rsidDel="00000000" w:rsidP="00000000" w:rsidRDefault="00000000" w:rsidRPr="00000000" w14:paraId="00000023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Can I send you a few ideas for your business?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Best regards,</w:t>
        <w:br w:type="textWrapping"/>
        <w:t xml:space="preserve"> [Your Name]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keepNext w:val="0"/>
        <w:keepLines w:val="0"/>
        <w:spacing w:after="120" w:lineRule="auto"/>
        <w:rPr>
          <w:rFonts w:ascii="Arial" w:cs="Arial" w:eastAsia="Arial" w:hAnsi="Arial"/>
          <w:color w:val="000000"/>
          <w:sz w:val="46"/>
          <w:szCs w:val="46"/>
        </w:rPr>
      </w:pPr>
      <w:bookmarkStart w:colFirst="0" w:colLast="0" w:name="_heading=h.kwtwin98pazx" w:id="2"/>
      <w:bookmarkEnd w:id="2"/>
      <w:r w:rsidDel="00000000" w:rsidR="00000000" w:rsidRPr="00000000">
        <w:rPr>
          <w:rFonts w:ascii="Arial" w:cs="Arial" w:eastAsia="Arial" w:hAnsi="Arial"/>
          <w:color w:val="000000"/>
          <w:sz w:val="46"/>
          <w:szCs w:val="46"/>
          <w:rtl w:val="0"/>
        </w:rPr>
        <w:t xml:space="preserve">FOLLOW-UP MESSAGE (VERY IMPORTANT)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again, just checking back. Many businesses I work with started getting more calls and walk-ins after we improved their social media content.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Let me know if you'd like to see some sample posts for your business.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d0z4hpk6se5k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198s0q7tatkk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kv9iqslkvegk" w:id="5"/>
      <w:bookmarkEnd w:id="5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BASIC PACKAGE: $150/month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Best for small shops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8 posts per month (2 per week)</w:t>
        <w:br w:type="textWrapping"/>
        <w:t xml:space="preserve"> • Post designs (offers, services, info posts)</w:t>
        <w:br w:type="textWrapping"/>
        <w:t xml:space="preserve"> • Captions writing</w:t>
        <w:br w:type="textWrapping"/>
        <w:t xml:space="preserve"> • Posting on 1 platform (Facebook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or</w:t>
      </w:r>
      <w:r w:rsidDel="00000000" w:rsidR="00000000" w:rsidRPr="00000000">
        <w:rPr>
          <w:rFonts w:ascii="Arial" w:cs="Arial" w:eastAsia="Arial" w:hAnsi="Arial"/>
          <w:rtl w:val="0"/>
        </w:rPr>
        <w:t xml:space="preserve"> Instagram)</w:t>
        <w:br w:type="textWrapping"/>
        <w:t xml:space="preserve"> • Basic hashtag research</w:t>
      </w:r>
    </w:p>
    <w:p w:rsidR="00000000" w:rsidDel="00000000" w:rsidP="00000000" w:rsidRDefault="00000000" w:rsidRPr="00000000" w14:paraId="0000002F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1pa7uxn5fvh" w:id="6"/>
      <w:bookmarkEnd w:id="6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STANDARD PACKAGE: $300/month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Most recommended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12 posts per month (3 per week)</w:t>
        <w:br w:type="textWrapping"/>
        <w:t xml:space="preserve"> • Post designs + captions</w:t>
        <w:br w:type="textWrapping"/>
        <w:t xml:space="preserve"> • Posting on Facebook 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and</w:t>
      </w:r>
      <w:r w:rsidDel="00000000" w:rsidR="00000000" w:rsidRPr="00000000">
        <w:rPr>
          <w:rFonts w:ascii="Arial" w:cs="Arial" w:eastAsia="Arial" w:hAnsi="Arial"/>
          <w:rtl w:val="0"/>
        </w:rPr>
        <w:t xml:space="preserve"> Instagram</w:t>
        <w:br w:type="textWrapping"/>
        <w:t xml:space="preserve"> • 2 offer posts per month</w:t>
        <w:br w:type="textWrapping"/>
        <w:t xml:space="preserve"> • 1 article-style educational post per week</w:t>
        <w:br w:type="textWrapping"/>
        <w:t xml:space="preserve"> • Basic engagement (replying to comments)</w:t>
      </w:r>
    </w:p>
    <w:p w:rsidR="00000000" w:rsidDel="00000000" w:rsidP="00000000" w:rsidRDefault="00000000" w:rsidRPr="00000000" w14:paraId="00000032">
      <w:pPr>
        <w:pStyle w:val="Heading3"/>
        <w:keepNext w:val="0"/>
        <w:keepLines w:val="0"/>
        <w:spacing w:after="80" w:before="280" w:lineRule="auto"/>
        <w:rPr>
          <w:rFonts w:ascii="Arial" w:cs="Arial" w:eastAsia="Arial" w:hAnsi="Arial"/>
          <w:color w:val="000000"/>
          <w:sz w:val="26"/>
          <w:szCs w:val="26"/>
        </w:rPr>
      </w:pPr>
      <w:bookmarkStart w:colFirst="0" w:colLast="0" w:name="_heading=h.4hsfqou4zj77" w:id="7"/>
      <w:bookmarkEnd w:id="7"/>
      <w:r w:rsidDel="00000000" w:rsidR="00000000" w:rsidRPr="00000000">
        <w:rPr>
          <w:rFonts w:ascii="Arial" w:cs="Arial" w:eastAsia="Arial" w:hAnsi="Arial"/>
          <w:color w:val="000000"/>
          <w:sz w:val="26"/>
          <w:szCs w:val="26"/>
          <w:rtl w:val="0"/>
        </w:rPr>
        <w:t xml:space="preserve">PREMIUM PACKAGE: $500/month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For serious businesses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• 16 posts per month (4 per week)</w:t>
        <w:br w:type="textWrapping"/>
        <w:t xml:space="preserve"> • Post designs + captions</w:t>
        <w:br w:type="textWrapping"/>
        <w:t xml:space="preserve"> • FB + IG management</w:t>
        <w:br w:type="textWrapping"/>
        <w:t xml:space="preserve"> • Offer campaigns</w:t>
        <w:br w:type="textWrapping"/>
        <w:t xml:space="preserve"> • 2 article-style posts weekly</w:t>
        <w:br w:type="textWrapping"/>
        <w:t xml:space="preserve"> • Story posts (8 per month)</w:t>
        <w:br w:type="textWrapping"/>
        <w:t xml:space="preserve"> • Competitor research</w:t>
        <w:br w:type="textWrapping"/>
        <w:t xml:space="preserve"> • Monthly performance report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Arial" w:cs="Arial" w:eastAsia="Arial" w:hAnsi="Arial"/>
          <w:b w:val="1"/>
          <w:bCs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0"/>
          <w:szCs w:val="30"/>
          <w:rtl w:val="0"/>
        </w:rPr>
        <w:t xml:space="preserve">INSTAGRAM / FACEBOOK DM TEMPLATE</w:t>
      </w:r>
    </w:p>
    <w:p w:rsidR="00000000" w:rsidDel="00000000" w:rsidP="00000000" w:rsidRDefault="00000000" w:rsidRPr="00000000" w14:paraId="00000037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Hi 👋</w:t>
        <w:br w:type="textWrapping"/>
        <w:t xml:space="preserve"> I came across your business on Google Maps. Your services look really good, but I noticed your social media pages are not active.</w:t>
      </w:r>
    </w:p>
    <w:p w:rsidR="00000000" w:rsidDel="00000000" w:rsidP="00000000" w:rsidRDefault="00000000" w:rsidRPr="00000000" w14:paraId="00000038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help local businesses grow by creating professional posts, offers, and useful content that brings in customers.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Would you like me to share a few ideas for your page?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Arial" w:cs="Arial" w:eastAsia="Arial" w:hAnsi="Arial"/>
          <w:b w:val="1"/>
          <w:bCs w:val="1"/>
          <w:sz w:val="30"/>
          <w:szCs w:val="3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30"/>
          <w:szCs w:val="30"/>
          <w:rtl w:val="0"/>
        </w:rPr>
        <w:t xml:space="preserve">Search like this: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Use the format:</w:t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Service + Location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after="0" w:before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Plumber in New York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Car repair shop in London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Roofing company in Texas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Lawyer in California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Accountant in Dubai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Restaurant in Manchester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Beauty salon in Toronto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Real estate agent in Florida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Dental clinic in Birmingham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Gym in Los Angeles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Chiropractor in Sydney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Pet grooming in Chicago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Cleaning services in Houston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Driving school in Melbourne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Home renovation company in New Jersey</w:t>
      </w:r>
    </w:p>
    <w:p w:rsidR="00000000" w:rsidDel="00000000" w:rsidP="00000000" w:rsidRDefault="00000000" w:rsidRPr="00000000" w14:paraId="0000004C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Physiotherapy clinic in Toronto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Catering service in Dallas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Tattoo studio in Miami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Photography studio in Vancouver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HVAC company in Phoenix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Pest control service in Atlanta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Daycare center in Seattle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Auto detailing in San Diego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after="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Spa and massage in Las Vegas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after="240" w:lineRule="auto"/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Interior designer in San Francisco</w:t>
      </w:r>
    </w:p>
    <w:p w:rsidR="00000000" w:rsidDel="00000000" w:rsidP="00000000" w:rsidRDefault="00000000" w:rsidRPr="00000000" w14:paraId="00000056">
      <w:pPr>
        <w:spacing w:after="240" w:before="24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Subscribe our YT channel and newsletter for more premium content like this. </w:t>
        <w:br w:type="textWrapping"/>
        <w:br w:type="textWrapping"/>
        <w:t xml:space="preserve">Best regards</w:t>
        <w:br w:type="textWrapping"/>
        <w:t xml:space="preserve">Gulfam Ali</w:t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  <w:font w:name="Noto Sans Symbols">
    <w:embedRegular w:fontKey="{00000000-0000-0000-0000-000000000000}" r:id="rId1" w:subsetted="0"/>
    <w:embedBold w:fontKey="{00000000-0000-0000-0000-000000000000}" r:id="rId2" w:subsetted="0"/>
  </w:font>
  <w:font w:name="Lexend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Lexend-regular.ttf"/><Relationship Id="rId4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62FXTwKbmT/3H4hO02sExqIImQ==">CgMxLjAyDmguZTl0ZHM5czJqcW51Mg5oLnVicnNybzJ3eXZsNzIOaC5rd3R3aW45OHBhengyDmguZDB6NGhwazZzZTVrMg5oLjE5OHMwcTd0YXRrazIOaC5rdjlpcXNsa3ZlZ2syDWguMXBhN3V4bjVmdmgyDmguNGhzZnFvdTR6ajc3OAByITF6UE1lUnZFUFVrWjdmOVhfWS1RZjZ6Q3dGTFMtdFdxLQ==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